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B58D0" w14:textId="77777777" w:rsidR="0079313C" w:rsidRDefault="0079313C" w:rsidP="00560052">
      <w:pPr>
        <w:spacing w:after="120"/>
        <w:rPr>
          <w:lang w:eastAsia="ja-JP"/>
        </w:rPr>
      </w:pPr>
      <w:r>
        <w:rPr>
          <w:rFonts w:hint="eastAsia"/>
          <w:lang w:eastAsia="ja-JP"/>
        </w:rPr>
        <w:t>第1号様式</w:t>
      </w:r>
    </w:p>
    <w:p w14:paraId="20C6DC34" w14:textId="6AD6BE09" w:rsidR="006C5A9F" w:rsidRDefault="00000000" w:rsidP="0079313C">
      <w:pPr>
        <w:spacing w:after="120"/>
        <w:ind w:right="420"/>
        <w:jc w:val="right"/>
      </w:pPr>
      <w:proofErr w:type="spellStart"/>
      <w:r>
        <w:t>令和</w:t>
      </w:r>
      <w:proofErr w:type="spellEnd"/>
      <w:r>
        <w:t xml:space="preserve">　　年　　月　　日</w:t>
      </w:r>
    </w:p>
    <w:p w14:paraId="07FA81BF" w14:textId="77777777" w:rsidR="006C5A9F" w:rsidRPr="007634BD" w:rsidRDefault="00000000">
      <w:pPr>
        <w:spacing w:after="40"/>
        <w:rPr>
          <w:bCs/>
        </w:rPr>
      </w:pPr>
      <w:r w:rsidRPr="007634BD">
        <w:rPr>
          <w:bCs/>
        </w:rPr>
        <w:t>甲府市長　様</w:t>
      </w:r>
    </w:p>
    <w:p w14:paraId="30504179" w14:textId="77777777" w:rsidR="006C5A9F" w:rsidRPr="007634BD" w:rsidRDefault="00000000">
      <w:pPr>
        <w:spacing w:after="240"/>
        <w:rPr>
          <w:bCs/>
        </w:rPr>
      </w:pPr>
      <w:r w:rsidRPr="007634BD">
        <w:rPr>
          <w:bCs/>
        </w:rPr>
        <w:t>甲府市上下水道事業管理者　様</w:t>
      </w:r>
    </w:p>
    <w:p w14:paraId="11EC8492" w14:textId="06F686A3" w:rsidR="006C5A9F" w:rsidRDefault="00E81291" w:rsidP="0080640E">
      <w:pPr>
        <w:spacing w:after="80"/>
        <w:jc w:val="center"/>
        <w:rPr>
          <w:lang w:eastAsia="ja-JP"/>
        </w:rPr>
      </w:pPr>
      <w:r>
        <w:rPr>
          <w:rFonts w:hint="eastAsia"/>
          <w:lang w:eastAsia="ja-JP"/>
        </w:rPr>
        <w:t xml:space="preserve">　　　　　　　　　　　</w:t>
      </w:r>
      <w:r>
        <w:rPr>
          <w:lang w:eastAsia="ja-JP"/>
        </w:rPr>
        <w:t>所在地：</w:t>
      </w:r>
      <w:r w:rsidR="0079313C">
        <w:rPr>
          <w:rFonts w:hint="eastAsia"/>
          <w:lang w:eastAsia="ja-JP"/>
        </w:rPr>
        <w:t xml:space="preserve">　　</w:t>
      </w:r>
    </w:p>
    <w:p w14:paraId="39A67EB3" w14:textId="11CCB316" w:rsidR="006C5A9F" w:rsidRDefault="00E81291" w:rsidP="0080640E">
      <w:pPr>
        <w:spacing w:after="80"/>
        <w:jc w:val="center"/>
        <w:rPr>
          <w:lang w:eastAsia="ja-JP"/>
        </w:rPr>
      </w:pPr>
      <w:r>
        <w:rPr>
          <w:rFonts w:hint="eastAsia"/>
          <w:lang w:eastAsia="ja-JP"/>
        </w:rPr>
        <w:t xml:space="preserve">　　　　　　　　　　　　　　</w:t>
      </w:r>
      <w:r>
        <w:rPr>
          <w:lang w:eastAsia="ja-JP"/>
        </w:rPr>
        <w:t>商号又は名称：</w:t>
      </w:r>
    </w:p>
    <w:p w14:paraId="43577291" w14:textId="0102CDCB" w:rsidR="006C5A9F" w:rsidRDefault="00E81291" w:rsidP="0080640E">
      <w:pPr>
        <w:spacing w:after="80"/>
        <w:jc w:val="center"/>
        <w:rPr>
          <w:lang w:eastAsia="ja-JP"/>
        </w:rPr>
      </w:pPr>
      <w:r>
        <w:rPr>
          <w:rFonts w:hint="eastAsia"/>
          <w:lang w:eastAsia="ja-JP"/>
        </w:rPr>
        <w:t xml:space="preserve">　　　　　　　　　　　　　　</w:t>
      </w:r>
      <w:r>
        <w:rPr>
          <w:lang w:eastAsia="ja-JP"/>
        </w:rPr>
        <w:t>代表者職氏名：</w:t>
      </w:r>
    </w:p>
    <w:p w14:paraId="0CD300D7" w14:textId="35802BBF" w:rsidR="006C5A9F" w:rsidRDefault="00E81291" w:rsidP="0080640E">
      <w:pPr>
        <w:spacing w:after="80"/>
        <w:jc w:val="center"/>
        <w:rPr>
          <w:lang w:eastAsia="ja-JP"/>
        </w:rPr>
      </w:pPr>
      <w:r>
        <w:rPr>
          <w:rFonts w:hint="eastAsia"/>
          <w:lang w:eastAsia="ja-JP"/>
        </w:rPr>
        <w:t xml:space="preserve">　　　　　　　　　　　　　</w:t>
      </w:r>
      <w:r>
        <w:rPr>
          <w:lang w:eastAsia="ja-JP"/>
        </w:rPr>
        <w:t>担当者氏名：</w:t>
      </w:r>
    </w:p>
    <w:p w14:paraId="15D3FB9E" w14:textId="1B7A55C5" w:rsidR="006C5A9F" w:rsidRDefault="00E81291" w:rsidP="0080640E">
      <w:pPr>
        <w:spacing w:after="360"/>
        <w:jc w:val="center"/>
        <w:rPr>
          <w:lang w:eastAsia="ja-JP"/>
        </w:rPr>
      </w:pPr>
      <w:r>
        <w:rPr>
          <w:rFonts w:hint="eastAsia"/>
          <w:lang w:eastAsia="ja-JP"/>
        </w:rPr>
        <w:t xml:space="preserve">　　　　　　　　　　　　　　　</w:t>
      </w:r>
      <w:r>
        <w:rPr>
          <w:lang w:eastAsia="ja-JP"/>
        </w:rPr>
        <w:t>担当者電話番号：</w:t>
      </w:r>
    </w:p>
    <w:p w14:paraId="0068A921" w14:textId="77777777" w:rsidR="006C5A9F" w:rsidRDefault="00000000">
      <w:pPr>
        <w:spacing w:after="280"/>
        <w:jc w:val="center"/>
        <w:rPr>
          <w:lang w:eastAsia="ja-JP"/>
        </w:rPr>
      </w:pPr>
      <w:r>
        <w:rPr>
          <w:rFonts w:ascii="ＭＳ ゴシック" w:hAnsi="ＭＳ ゴシック"/>
          <w:b/>
          <w:sz w:val="32"/>
          <w:lang w:eastAsia="ja-JP"/>
        </w:rPr>
        <w:t>電</w:t>
      </w:r>
      <w:r>
        <w:rPr>
          <w:rFonts w:ascii="ＭＳ ゴシック" w:hAnsi="ＭＳ ゴシック"/>
          <w:b/>
          <w:sz w:val="32"/>
          <w:lang w:eastAsia="ja-JP"/>
        </w:rPr>
        <w:t xml:space="preserve"> </w:t>
      </w:r>
      <w:r>
        <w:rPr>
          <w:rFonts w:ascii="ＭＳ ゴシック" w:hAnsi="ＭＳ ゴシック"/>
          <w:b/>
          <w:sz w:val="32"/>
          <w:lang w:eastAsia="ja-JP"/>
        </w:rPr>
        <w:t>子</w:t>
      </w:r>
      <w:r>
        <w:rPr>
          <w:rFonts w:ascii="ＭＳ ゴシック" w:hAnsi="ＭＳ ゴシック"/>
          <w:b/>
          <w:sz w:val="32"/>
          <w:lang w:eastAsia="ja-JP"/>
        </w:rPr>
        <w:t xml:space="preserve"> </w:t>
      </w:r>
      <w:r>
        <w:rPr>
          <w:rFonts w:ascii="ＭＳ ゴシック" w:hAnsi="ＭＳ ゴシック"/>
          <w:b/>
          <w:sz w:val="32"/>
          <w:lang w:eastAsia="ja-JP"/>
        </w:rPr>
        <w:t>契</w:t>
      </w:r>
      <w:r>
        <w:rPr>
          <w:rFonts w:ascii="ＭＳ ゴシック" w:hAnsi="ＭＳ ゴシック"/>
          <w:b/>
          <w:sz w:val="32"/>
          <w:lang w:eastAsia="ja-JP"/>
        </w:rPr>
        <w:t xml:space="preserve"> </w:t>
      </w:r>
      <w:r>
        <w:rPr>
          <w:rFonts w:ascii="ＭＳ ゴシック" w:hAnsi="ＭＳ ゴシック"/>
          <w:b/>
          <w:sz w:val="32"/>
          <w:lang w:eastAsia="ja-JP"/>
        </w:rPr>
        <w:t>約</w:t>
      </w:r>
      <w:r>
        <w:rPr>
          <w:rFonts w:ascii="ＭＳ ゴシック" w:hAnsi="ＭＳ ゴシック"/>
          <w:b/>
          <w:sz w:val="32"/>
          <w:lang w:eastAsia="ja-JP"/>
        </w:rPr>
        <w:t xml:space="preserve"> </w:t>
      </w:r>
      <w:r>
        <w:rPr>
          <w:rFonts w:ascii="ＭＳ ゴシック" w:hAnsi="ＭＳ ゴシック"/>
          <w:b/>
          <w:sz w:val="32"/>
          <w:lang w:eastAsia="ja-JP"/>
        </w:rPr>
        <w:t>利</w:t>
      </w:r>
      <w:r>
        <w:rPr>
          <w:rFonts w:ascii="ＭＳ ゴシック" w:hAnsi="ＭＳ ゴシック"/>
          <w:b/>
          <w:sz w:val="32"/>
          <w:lang w:eastAsia="ja-JP"/>
        </w:rPr>
        <w:t xml:space="preserve"> </w:t>
      </w:r>
      <w:r>
        <w:rPr>
          <w:rFonts w:ascii="ＭＳ ゴシック" w:hAnsi="ＭＳ ゴシック"/>
          <w:b/>
          <w:sz w:val="32"/>
          <w:lang w:eastAsia="ja-JP"/>
        </w:rPr>
        <w:t>用</w:t>
      </w:r>
      <w:r>
        <w:rPr>
          <w:rFonts w:ascii="ＭＳ ゴシック" w:hAnsi="ＭＳ ゴシック"/>
          <w:b/>
          <w:sz w:val="32"/>
          <w:lang w:eastAsia="ja-JP"/>
        </w:rPr>
        <w:t xml:space="preserve"> </w:t>
      </w:r>
      <w:r>
        <w:rPr>
          <w:rFonts w:ascii="ＭＳ ゴシック" w:hAnsi="ＭＳ ゴシック"/>
          <w:b/>
          <w:sz w:val="32"/>
          <w:lang w:eastAsia="ja-JP"/>
        </w:rPr>
        <w:t>同</w:t>
      </w:r>
      <w:r>
        <w:rPr>
          <w:rFonts w:ascii="ＭＳ ゴシック" w:hAnsi="ＭＳ ゴシック"/>
          <w:b/>
          <w:sz w:val="32"/>
          <w:lang w:eastAsia="ja-JP"/>
        </w:rPr>
        <w:t xml:space="preserve"> </w:t>
      </w:r>
      <w:r>
        <w:rPr>
          <w:rFonts w:ascii="ＭＳ ゴシック" w:hAnsi="ＭＳ ゴシック"/>
          <w:b/>
          <w:sz w:val="32"/>
          <w:lang w:eastAsia="ja-JP"/>
        </w:rPr>
        <w:t>意</w:t>
      </w:r>
      <w:r>
        <w:rPr>
          <w:rFonts w:ascii="ＭＳ ゴシック" w:hAnsi="ＭＳ ゴシック"/>
          <w:b/>
          <w:sz w:val="32"/>
          <w:lang w:eastAsia="ja-JP"/>
        </w:rPr>
        <w:t xml:space="preserve"> </w:t>
      </w:r>
      <w:r>
        <w:rPr>
          <w:rFonts w:ascii="ＭＳ ゴシック" w:hAnsi="ＭＳ ゴシック"/>
          <w:b/>
          <w:sz w:val="32"/>
          <w:lang w:eastAsia="ja-JP"/>
        </w:rPr>
        <w:t>書</w:t>
      </w:r>
    </w:p>
    <w:p w14:paraId="4A2D0A77" w14:textId="77777777" w:rsidR="006C5A9F" w:rsidRPr="007E1AD8" w:rsidRDefault="00000000">
      <w:pPr>
        <w:rPr>
          <w:sz w:val="18"/>
          <w:szCs w:val="20"/>
          <w:lang w:eastAsia="ja-JP"/>
        </w:rPr>
      </w:pPr>
      <w:r w:rsidRPr="007E1AD8">
        <w:rPr>
          <w:sz w:val="18"/>
          <w:szCs w:val="20"/>
          <w:lang w:eastAsia="ja-JP"/>
        </w:rPr>
        <w:t>上記契約について、甲府市と電子契約サービスを利用して契約を締結することに同意します。</w:t>
      </w:r>
      <w:r w:rsidRPr="007E1AD8">
        <w:rPr>
          <w:sz w:val="18"/>
          <w:szCs w:val="20"/>
          <w:lang w:eastAsia="ja-JP"/>
        </w:rPr>
        <w:br/>
        <w:t>なお、契約締結には以下のEメールアドレスを使用します。</w:t>
      </w:r>
    </w:p>
    <w:tbl>
      <w:tblPr>
        <w:tblW w:w="0" w:type="auto"/>
        <w:tblLayout w:type="fixed"/>
        <w:tblLook w:val="04A0" w:firstRow="1" w:lastRow="0" w:firstColumn="1" w:lastColumn="0" w:noHBand="0" w:noVBand="1"/>
      </w:tblPr>
      <w:tblGrid>
        <w:gridCol w:w="2176"/>
        <w:gridCol w:w="7978"/>
      </w:tblGrid>
      <w:tr w:rsidR="006C5A9F" w14:paraId="2F784F18" w14:textId="77777777" w:rsidTr="00FF2B33">
        <w:trPr>
          <w:trHeight w:val="454"/>
        </w:trPr>
        <w:tc>
          <w:tcPr>
            <w:tcW w:w="2176" w:type="dxa"/>
            <w:tcBorders>
              <w:top w:val="single" w:sz="4" w:space="0" w:color="A0A0A0"/>
              <w:left w:val="single" w:sz="4" w:space="0" w:color="A0A0A0"/>
              <w:bottom w:val="single" w:sz="4" w:space="0" w:color="A0A0A0"/>
              <w:right w:val="single" w:sz="4" w:space="0" w:color="A0A0A0"/>
            </w:tcBorders>
            <w:shd w:val="clear" w:color="auto" w:fill="F2F2F2"/>
            <w:noWrap/>
            <w:vAlign w:val="center"/>
          </w:tcPr>
          <w:p w14:paraId="3CF748E7" w14:textId="77777777" w:rsidR="006C5A9F" w:rsidRDefault="00000000" w:rsidP="00FF2B33">
            <w:pPr>
              <w:spacing w:after="0"/>
              <w:jc w:val="center"/>
            </w:pPr>
            <w:proofErr w:type="spellStart"/>
            <w:r>
              <w:t>契約番号</w:t>
            </w:r>
            <w:proofErr w:type="spellEnd"/>
          </w:p>
        </w:tc>
        <w:tc>
          <w:tcPr>
            <w:tcW w:w="7978" w:type="dxa"/>
            <w:tcBorders>
              <w:top w:val="single" w:sz="4" w:space="0" w:color="A0A0A0"/>
              <w:left w:val="single" w:sz="4" w:space="0" w:color="A0A0A0"/>
              <w:bottom w:val="single" w:sz="4" w:space="0" w:color="A0A0A0"/>
              <w:right w:val="single" w:sz="4" w:space="0" w:color="A0A0A0"/>
            </w:tcBorders>
            <w:noWrap/>
            <w:vAlign w:val="center"/>
          </w:tcPr>
          <w:p w14:paraId="75B4ADB1" w14:textId="77777777" w:rsidR="006C5A9F" w:rsidRDefault="006C5A9F" w:rsidP="00FF2B33">
            <w:pPr>
              <w:spacing w:after="0"/>
            </w:pPr>
          </w:p>
        </w:tc>
      </w:tr>
      <w:tr w:rsidR="006C5A9F" w14:paraId="3F2E44B7" w14:textId="77777777" w:rsidTr="00FF2B33">
        <w:trPr>
          <w:trHeight w:val="454"/>
        </w:trPr>
        <w:tc>
          <w:tcPr>
            <w:tcW w:w="2176" w:type="dxa"/>
            <w:tcBorders>
              <w:top w:val="single" w:sz="4" w:space="0" w:color="A0A0A0"/>
              <w:left w:val="single" w:sz="4" w:space="0" w:color="A0A0A0"/>
              <w:bottom w:val="single" w:sz="4" w:space="0" w:color="A0A0A0"/>
              <w:right w:val="single" w:sz="4" w:space="0" w:color="A0A0A0"/>
            </w:tcBorders>
            <w:shd w:val="clear" w:color="auto" w:fill="F2F2F2"/>
            <w:noWrap/>
            <w:vAlign w:val="center"/>
          </w:tcPr>
          <w:p w14:paraId="357F25DC" w14:textId="77777777" w:rsidR="006C5A9F" w:rsidRDefault="00000000" w:rsidP="00FF2B33">
            <w:pPr>
              <w:spacing w:after="0"/>
              <w:jc w:val="center"/>
            </w:pPr>
            <w:proofErr w:type="spellStart"/>
            <w:r>
              <w:t>案件名</w:t>
            </w:r>
            <w:proofErr w:type="spellEnd"/>
          </w:p>
        </w:tc>
        <w:tc>
          <w:tcPr>
            <w:tcW w:w="7978" w:type="dxa"/>
            <w:tcBorders>
              <w:top w:val="single" w:sz="4" w:space="0" w:color="A0A0A0"/>
              <w:left w:val="single" w:sz="4" w:space="0" w:color="A0A0A0"/>
              <w:bottom w:val="single" w:sz="4" w:space="0" w:color="A0A0A0"/>
              <w:right w:val="single" w:sz="4" w:space="0" w:color="A0A0A0"/>
            </w:tcBorders>
            <w:noWrap/>
            <w:vAlign w:val="center"/>
          </w:tcPr>
          <w:p w14:paraId="69DC301A" w14:textId="77777777" w:rsidR="006C5A9F" w:rsidRDefault="006C5A9F" w:rsidP="00FF2B33">
            <w:pPr>
              <w:spacing w:after="0"/>
            </w:pPr>
          </w:p>
        </w:tc>
      </w:tr>
    </w:tbl>
    <w:p w14:paraId="7121DEEB" w14:textId="77777777" w:rsidR="006C5A9F" w:rsidRDefault="00000000">
      <w:pPr>
        <w:spacing w:before="80" w:after="80"/>
      </w:pPr>
      <w:r>
        <w:rPr>
          <w:rFonts w:ascii="ＭＳ ゴシック" w:hAnsi="ＭＳ ゴシック"/>
          <w:b/>
        </w:rPr>
        <w:t>●</w:t>
      </w:r>
      <w:proofErr w:type="spellStart"/>
      <w:r>
        <w:rPr>
          <w:rFonts w:ascii="ＭＳ ゴシック" w:hAnsi="ＭＳ ゴシック"/>
          <w:b/>
        </w:rPr>
        <w:t>請負者</w:t>
      </w:r>
      <w:proofErr w:type="spellEnd"/>
    </w:p>
    <w:p w14:paraId="1762C3C7" w14:textId="67D05B49" w:rsidR="006C5A9F" w:rsidRDefault="00000000" w:rsidP="00813643">
      <w:pPr>
        <w:spacing w:after="40"/>
        <w:rPr>
          <w:lang w:eastAsia="ja-JP"/>
        </w:rPr>
      </w:pPr>
      <w:r>
        <w:rPr>
          <w:b/>
          <w:lang w:eastAsia="ja-JP"/>
        </w:rPr>
        <w:t>・確認者１：契約締結権限者</w:t>
      </w:r>
      <w:r w:rsidR="00813643">
        <w:rPr>
          <w:rFonts w:hint="eastAsia"/>
          <w:lang w:eastAsia="ja-JP"/>
        </w:rPr>
        <w:t xml:space="preserve">　</w:t>
      </w:r>
      <w:r w:rsidRPr="007E1AD8">
        <w:rPr>
          <w:sz w:val="14"/>
          <w:szCs w:val="14"/>
          <w:lang w:eastAsia="ja-JP"/>
        </w:rPr>
        <w:t>＊社内規則等により契約締結権限を持つ者であれば代表者である必要はありません</w:t>
      </w:r>
    </w:p>
    <w:tbl>
      <w:tblPr>
        <w:tblW w:w="0" w:type="auto"/>
        <w:tblLook w:val="04A0" w:firstRow="1" w:lastRow="0" w:firstColumn="1" w:lastColumn="0" w:noHBand="0" w:noVBand="1"/>
      </w:tblPr>
      <w:tblGrid>
        <w:gridCol w:w="2156"/>
        <w:gridCol w:w="7902"/>
      </w:tblGrid>
      <w:tr w:rsidR="006C5A9F" w14:paraId="0441ECFA" w14:textId="77777777" w:rsidTr="00FF2B33">
        <w:trPr>
          <w:trHeight w:val="454"/>
        </w:trPr>
        <w:tc>
          <w:tcPr>
            <w:tcW w:w="2160"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42FD6097" w14:textId="77777777" w:rsidR="006C5A9F" w:rsidRDefault="00000000" w:rsidP="00FF2B33">
            <w:pPr>
              <w:spacing w:after="0"/>
            </w:pPr>
            <w:proofErr w:type="spellStart"/>
            <w:r>
              <w:t>契約締結権限者</w:t>
            </w:r>
            <w:proofErr w:type="spellEnd"/>
          </w:p>
        </w:tc>
        <w:tc>
          <w:tcPr>
            <w:tcW w:w="7920" w:type="dxa"/>
            <w:tcBorders>
              <w:top w:val="single" w:sz="4" w:space="0" w:color="A0A0A0"/>
              <w:left w:val="single" w:sz="4" w:space="0" w:color="A0A0A0"/>
              <w:bottom w:val="single" w:sz="4" w:space="0" w:color="A0A0A0"/>
              <w:right w:val="single" w:sz="4" w:space="0" w:color="A0A0A0"/>
            </w:tcBorders>
            <w:vAlign w:val="center"/>
          </w:tcPr>
          <w:p w14:paraId="0D6F5CA5" w14:textId="1D5AFF6B" w:rsidR="006C5A9F" w:rsidRDefault="00000000" w:rsidP="00FF2B33">
            <w:pPr>
              <w:spacing w:after="0"/>
            </w:pPr>
            <w:proofErr w:type="spellStart"/>
            <w:r>
              <w:t>役職</w:t>
            </w:r>
            <w:proofErr w:type="spellEnd"/>
            <w:r>
              <w:t xml:space="preserve">：　　　　　　　　　　　　</w:t>
            </w:r>
            <w:proofErr w:type="spellStart"/>
            <w:r>
              <w:t>氏名</w:t>
            </w:r>
            <w:proofErr w:type="spellEnd"/>
            <w:r>
              <w:t>：</w:t>
            </w:r>
          </w:p>
        </w:tc>
      </w:tr>
      <w:tr w:rsidR="006C5A9F" w14:paraId="7150D7C2" w14:textId="77777777" w:rsidTr="00FF2B33">
        <w:trPr>
          <w:trHeight w:val="454"/>
        </w:trPr>
        <w:tc>
          <w:tcPr>
            <w:tcW w:w="2160"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702CEDC9" w14:textId="77777777" w:rsidR="006C5A9F" w:rsidRDefault="00000000" w:rsidP="00FF2B33">
            <w:pPr>
              <w:spacing w:after="0"/>
            </w:pPr>
            <w:r>
              <w:t>Ｅメールアドレス</w:t>
            </w:r>
          </w:p>
        </w:tc>
        <w:tc>
          <w:tcPr>
            <w:tcW w:w="7920" w:type="dxa"/>
            <w:tcBorders>
              <w:top w:val="single" w:sz="4" w:space="0" w:color="A0A0A0"/>
              <w:left w:val="single" w:sz="4" w:space="0" w:color="A0A0A0"/>
              <w:bottom w:val="single" w:sz="4" w:space="0" w:color="A0A0A0"/>
              <w:right w:val="single" w:sz="4" w:space="0" w:color="A0A0A0"/>
            </w:tcBorders>
            <w:vAlign w:val="center"/>
          </w:tcPr>
          <w:p w14:paraId="06AB365A" w14:textId="2960869F" w:rsidR="006C5A9F" w:rsidRDefault="006C5A9F" w:rsidP="00FF2B33">
            <w:pPr>
              <w:spacing w:after="0"/>
            </w:pPr>
          </w:p>
        </w:tc>
      </w:tr>
    </w:tbl>
    <w:p w14:paraId="52457C27" w14:textId="35E96CFD" w:rsidR="006C5A9F" w:rsidRPr="00813643" w:rsidRDefault="00000000" w:rsidP="000F329B">
      <w:pPr>
        <w:spacing w:beforeLines="50" w:before="120" w:after="40"/>
        <w:rPr>
          <w:sz w:val="14"/>
          <w:szCs w:val="14"/>
          <w:lang w:eastAsia="ja-JP"/>
        </w:rPr>
      </w:pPr>
      <w:r>
        <w:rPr>
          <w:b/>
          <w:lang w:eastAsia="ja-JP"/>
        </w:rPr>
        <w:t>・確認者２：担当者 (確認者１と同じ場合は記載不要)</w:t>
      </w:r>
    </w:p>
    <w:tbl>
      <w:tblPr>
        <w:tblW w:w="0" w:type="auto"/>
        <w:tblLook w:val="04A0" w:firstRow="1" w:lastRow="0" w:firstColumn="1" w:lastColumn="0" w:noHBand="0" w:noVBand="1"/>
      </w:tblPr>
      <w:tblGrid>
        <w:gridCol w:w="2156"/>
        <w:gridCol w:w="7902"/>
      </w:tblGrid>
      <w:tr w:rsidR="006C5A9F" w14:paraId="28B8AD0D" w14:textId="77777777" w:rsidTr="0000186F">
        <w:trPr>
          <w:trHeight w:val="454"/>
        </w:trPr>
        <w:tc>
          <w:tcPr>
            <w:tcW w:w="2160"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4EB8D7A2" w14:textId="77777777" w:rsidR="006C5A9F" w:rsidRDefault="00000000" w:rsidP="0000186F">
            <w:pPr>
              <w:spacing w:after="0"/>
            </w:pPr>
            <w:proofErr w:type="spellStart"/>
            <w:r>
              <w:t>契約事務担当</w:t>
            </w:r>
            <w:proofErr w:type="spellEnd"/>
          </w:p>
        </w:tc>
        <w:tc>
          <w:tcPr>
            <w:tcW w:w="7920" w:type="dxa"/>
            <w:tcBorders>
              <w:top w:val="single" w:sz="4" w:space="0" w:color="A0A0A0"/>
              <w:left w:val="single" w:sz="4" w:space="0" w:color="A0A0A0"/>
              <w:bottom w:val="single" w:sz="4" w:space="0" w:color="A0A0A0"/>
              <w:right w:val="single" w:sz="4" w:space="0" w:color="A0A0A0"/>
            </w:tcBorders>
            <w:vAlign w:val="center"/>
          </w:tcPr>
          <w:p w14:paraId="2435382C" w14:textId="77777777" w:rsidR="006C5A9F" w:rsidRDefault="00000000" w:rsidP="0000186F">
            <w:pPr>
              <w:spacing w:after="0"/>
            </w:pPr>
            <w:r>
              <w:t>役職：　　　　　　　　　　　　氏名：</w:t>
            </w:r>
          </w:p>
        </w:tc>
      </w:tr>
      <w:tr w:rsidR="006C5A9F" w14:paraId="49E6B6DC" w14:textId="77777777" w:rsidTr="0000186F">
        <w:trPr>
          <w:trHeight w:val="454"/>
        </w:trPr>
        <w:tc>
          <w:tcPr>
            <w:tcW w:w="2160"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4FD3A6FC" w14:textId="77777777" w:rsidR="006C5A9F" w:rsidRDefault="00000000" w:rsidP="0000186F">
            <w:pPr>
              <w:spacing w:after="0"/>
            </w:pPr>
            <w:r>
              <w:t>Ｅメールアドレス</w:t>
            </w:r>
          </w:p>
        </w:tc>
        <w:tc>
          <w:tcPr>
            <w:tcW w:w="7920" w:type="dxa"/>
            <w:tcBorders>
              <w:top w:val="single" w:sz="4" w:space="0" w:color="A0A0A0"/>
              <w:left w:val="single" w:sz="4" w:space="0" w:color="A0A0A0"/>
              <w:bottom w:val="single" w:sz="4" w:space="0" w:color="A0A0A0"/>
              <w:right w:val="single" w:sz="4" w:space="0" w:color="A0A0A0"/>
            </w:tcBorders>
            <w:vAlign w:val="center"/>
          </w:tcPr>
          <w:p w14:paraId="05B9F488" w14:textId="77777777" w:rsidR="006C5A9F" w:rsidRDefault="006C5A9F" w:rsidP="0000186F">
            <w:pPr>
              <w:spacing w:after="0"/>
            </w:pPr>
          </w:p>
        </w:tc>
      </w:tr>
    </w:tbl>
    <w:p w14:paraId="6BAB6545" w14:textId="77777777" w:rsidR="006C5A9F" w:rsidRDefault="00000000" w:rsidP="000F329B">
      <w:pPr>
        <w:spacing w:beforeLines="50" w:before="120" w:after="80"/>
      </w:pPr>
      <w:r>
        <w:rPr>
          <w:rFonts w:ascii="ＭＳ ゴシック" w:hAnsi="ＭＳ ゴシック"/>
          <w:b/>
        </w:rPr>
        <w:t>●</w:t>
      </w:r>
      <w:proofErr w:type="spellStart"/>
      <w:r>
        <w:rPr>
          <w:rFonts w:ascii="ＭＳ ゴシック" w:hAnsi="ＭＳ ゴシック"/>
          <w:b/>
        </w:rPr>
        <w:t>契約保証人</w:t>
      </w:r>
      <w:proofErr w:type="spellEnd"/>
    </w:p>
    <w:tbl>
      <w:tblPr>
        <w:tblW w:w="0" w:type="auto"/>
        <w:tblLook w:val="04A0" w:firstRow="1" w:lastRow="0" w:firstColumn="1" w:lastColumn="0" w:noHBand="0" w:noVBand="1"/>
      </w:tblPr>
      <w:tblGrid>
        <w:gridCol w:w="2156"/>
        <w:gridCol w:w="7902"/>
      </w:tblGrid>
      <w:tr w:rsidR="006C5A9F" w14:paraId="2090E7A1" w14:textId="77777777" w:rsidTr="0000186F">
        <w:trPr>
          <w:trHeight w:val="454"/>
        </w:trPr>
        <w:tc>
          <w:tcPr>
            <w:tcW w:w="2160"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2958F28B" w14:textId="77777777" w:rsidR="006C5A9F" w:rsidRDefault="00000000" w:rsidP="0000186F">
            <w:pPr>
              <w:spacing w:after="0"/>
            </w:pPr>
            <w:r>
              <w:t>会社名</w:t>
            </w:r>
          </w:p>
        </w:tc>
        <w:tc>
          <w:tcPr>
            <w:tcW w:w="7920" w:type="dxa"/>
            <w:tcBorders>
              <w:top w:val="single" w:sz="4" w:space="0" w:color="A0A0A0"/>
              <w:left w:val="single" w:sz="4" w:space="0" w:color="A0A0A0"/>
              <w:bottom w:val="single" w:sz="4" w:space="0" w:color="A0A0A0"/>
              <w:right w:val="single" w:sz="4" w:space="0" w:color="A0A0A0"/>
            </w:tcBorders>
            <w:vAlign w:val="center"/>
          </w:tcPr>
          <w:p w14:paraId="545D7651" w14:textId="77777777" w:rsidR="006C5A9F" w:rsidRDefault="006C5A9F" w:rsidP="0000186F">
            <w:pPr>
              <w:spacing w:after="0"/>
            </w:pPr>
          </w:p>
        </w:tc>
      </w:tr>
      <w:tr w:rsidR="006C5A9F" w14:paraId="2D8A5589" w14:textId="77777777" w:rsidTr="0000186F">
        <w:trPr>
          <w:trHeight w:val="454"/>
        </w:trPr>
        <w:tc>
          <w:tcPr>
            <w:tcW w:w="2160"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7212DC09" w14:textId="77777777" w:rsidR="006C5A9F" w:rsidRDefault="00000000" w:rsidP="0000186F">
            <w:pPr>
              <w:spacing w:after="0"/>
            </w:pPr>
            <w:r>
              <w:t>代表者</w:t>
            </w:r>
          </w:p>
        </w:tc>
        <w:tc>
          <w:tcPr>
            <w:tcW w:w="7920" w:type="dxa"/>
            <w:tcBorders>
              <w:top w:val="single" w:sz="4" w:space="0" w:color="A0A0A0"/>
              <w:left w:val="single" w:sz="4" w:space="0" w:color="A0A0A0"/>
              <w:bottom w:val="single" w:sz="4" w:space="0" w:color="A0A0A0"/>
              <w:right w:val="single" w:sz="4" w:space="0" w:color="A0A0A0"/>
            </w:tcBorders>
            <w:vAlign w:val="center"/>
          </w:tcPr>
          <w:p w14:paraId="58902939" w14:textId="77777777" w:rsidR="006C5A9F" w:rsidRDefault="00000000" w:rsidP="0000186F">
            <w:pPr>
              <w:spacing w:after="0"/>
            </w:pPr>
            <w:r>
              <w:t>役職：　　　　　　　　　　　　氏名：</w:t>
            </w:r>
          </w:p>
        </w:tc>
      </w:tr>
      <w:tr w:rsidR="006C5A9F" w14:paraId="016C2BC8" w14:textId="77777777" w:rsidTr="0000186F">
        <w:trPr>
          <w:trHeight w:val="454"/>
        </w:trPr>
        <w:tc>
          <w:tcPr>
            <w:tcW w:w="2160"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2F003CD7" w14:textId="77777777" w:rsidR="006C5A9F" w:rsidRDefault="00000000" w:rsidP="0000186F">
            <w:pPr>
              <w:spacing w:after="0"/>
            </w:pPr>
            <w:r>
              <w:t>契約締結権限者</w:t>
            </w:r>
          </w:p>
        </w:tc>
        <w:tc>
          <w:tcPr>
            <w:tcW w:w="7920" w:type="dxa"/>
            <w:tcBorders>
              <w:top w:val="single" w:sz="4" w:space="0" w:color="A0A0A0"/>
              <w:left w:val="single" w:sz="4" w:space="0" w:color="A0A0A0"/>
              <w:bottom w:val="single" w:sz="4" w:space="0" w:color="A0A0A0"/>
              <w:right w:val="single" w:sz="4" w:space="0" w:color="A0A0A0"/>
            </w:tcBorders>
            <w:vAlign w:val="center"/>
          </w:tcPr>
          <w:p w14:paraId="372AD64D" w14:textId="77777777" w:rsidR="006C5A9F" w:rsidRDefault="00000000" w:rsidP="0000186F">
            <w:pPr>
              <w:spacing w:after="0"/>
            </w:pPr>
            <w:r>
              <w:t>役職：　　　　　　　　　　　　氏名：</w:t>
            </w:r>
          </w:p>
        </w:tc>
      </w:tr>
      <w:tr w:rsidR="006C5A9F" w14:paraId="2CCA1B22" w14:textId="77777777" w:rsidTr="0000186F">
        <w:trPr>
          <w:trHeight w:val="454"/>
        </w:trPr>
        <w:tc>
          <w:tcPr>
            <w:tcW w:w="2160"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2DD84909" w14:textId="77777777" w:rsidR="006C5A9F" w:rsidRDefault="00000000" w:rsidP="0000186F">
            <w:pPr>
              <w:spacing w:after="0"/>
            </w:pPr>
            <w:r>
              <w:t>Ｅメールアドレス</w:t>
            </w:r>
          </w:p>
        </w:tc>
        <w:tc>
          <w:tcPr>
            <w:tcW w:w="7920" w:type="dxa"/>
            <w:tcBorders>
              <w:top w:val="single" w:sz="4" w:space="0" w:color="A0A0A0"/>
              <w:left w:val="single" w:sz="4" w:space="0" w:color="A0A0A0"/>
              <w:bottom w:val="single" w:sz="4" w:space="0" w:color="A0A0A0"/>
              <w:right w:val="single" w:sz="4" w:space="0" w:color="A0A0A0"/>
            </w:tcBorders>
            <w:vAlign w:val="center"/>
          </w:tcPr>
          <w:p w14:paraId="5D76ACA5" w14:textId="77777777" w:rsidR="006C5A9F" w:rsidRDefault="006C5A9F" w:rsidP="0000186F">
            <w:pPr>
              <w:spacing w:after="0"/>
            </w:pPr>
          </w:p>
        </w:tc>
      </w:tr>
    </w:tbl>
    <w:p w14:paraId="1F06B347" w14:textId="77777777" w:rsidR="006C5A9F" w:rsidRPr="00677BF9" w:rsidRDefault="00000000">
      <w:pPr>
        <w:spacing w:after="40"/>
        <w:rPr>
          <w:sz w:val="14"/>
          <w:szCs w:val="14"/>
          <w:lang w:eastAsia="ja-JP"/>
        </w:rPr>
      </w:pPr>
      <w:r w:rsidRPr="00677BF9">
        <w:rPr>
          <w:sz w:val="14"/>
          <w:szCs w:val="14"/>
          <w:lang w:eastAsia="ja-JP"/>
        </w:rPr>
        <w:t>※他にも確認者が必要な場合は適宜、表を追加してください。</w:t>
      </w:r>
    </w:p>
    <w:p w14:paraId="5F18762B" w14:textId="77777777" w:rsidR="006C5A9F" w:rsidRPr="00677BF9" w:rsidRDefault="00000000">
      <w:pPr>
        <w:spacing w:after="40"/>
        <w:rPr>
          <w:sz w:val="14"/>
          <w:szCs w:val="14"/>
          <w:lang w:eastAsia="ja-JP"/>
        </w:rPr>
      </w:pPr>
      <w:r w:rsidRPr="00677BF9">
        <w:rPr>
          <w:sz w:val="14"/>
          <w:szCs w:val="14"/>
          <w:lang w:eastAsia="ja-JP"/>
        </w:rPr>
        <w:t>※確認者２→確認者１→契約保証人の順に、契約書の内容確認(電子署名)依頼メールが届きます(請負者、契約保証人の電子署名後、甲府市の契約締結権者が電子署名を施すことで契約が成立します)。</w:t>
      </w:r>
    </w:p>
    <w:p w14:paraId="487A457C" w14:textId="3B9A34E4" w:rsidR="006C5A9F" w:rsidRPr="00677BF9" w:rsidRDefault="00000000">
      <w:pPr>
        <w:spacing w:after="40"/>
        <w:rPr>
          <w:sz w:val="14"/>
          <w:szCs w:val="14"/>
          <w:lang w:eastAsia="ja-JP"/>
        </w:rPr>
      </w:pPr>
      <w:r w:rsidRPr="00677BF9">
        <w:rPr>
          <w:sz w:val="14"/>
          <w:szCs w:val="14"/>
          <w:lang w:eastAsia="ja-JP"/>
        </w:rPr>
        <w:t>※本書は、落札者が電子</w:t>
      </w:r>
      <w:r w:rsidR="0084203A">
        <w:rPr>
          <w:rFonts w:hint="eastAsia"/>
          <w:sz w:val="14"/>
          <w:szCs w:val="14"/>
          <w:lang w:eastAsia="ja-JP"/>
        </w:rPr>
        <w:t>メール</w:t>
      </w:r>
      <w:r w:rsidRPr="00677BF9">
        <w:rPr>
          <w:sz w:val="14"/>
          <w:szCs w:val="14"/>
          <w:lang w:eastAsia="ja-JP"/>
        </w:rPr>
        <w:t>等で提出してください。(押印は不要です)</w:t>
      </w:r>
    </w:p>
    <w:p w14:paraId="15C8752D" w14:textId="77777777" w:rsidR="006C5A9F" w:rsidRPr="00677BF9" w:rsidRDefault="00000000">
      <w:pPr>
        <w:spacing w:after="160"/>
        <w:rPr>
          <w:sz w:val="14"/>
          <w:szCs w:val="14"/>
          <w:lang w:eastAsia="ja-JP"/>
        </w:rPr>
      </w:pPr>
      <w:r w:rsidRPr="00677BF9">
        <w:rPr>
          <w:sz w:val="14"/>
          <w:szCs w:val="14"/>
          <w:lang w:eastAsia="ja-JP"/>
        </w:rPr>
        <w:t>※建設工事請負契約においては、建設業法第１９条第１項及び第２項の規定による書面の交付に代え、電磁的措置を講ずる方法により実施することについて相互に承諾するものとします。</w:t>
      </w:r>
    </w:p>
    <w:p w14:paraId="4643EBA1" w14:textId="77777777" w:rsidR="006C5A9F" w:rsidRDefault="00000000">
      <w:pPr>
        <w:spacing w:after="80"/>
        <w:rPr>
          <w:rFonts w:ascii="ＭＳ ゴシック" w:hAnsi="ＭＳ ゴシック"/>
          <w:b/>
          <w:lang w:eastAsia="ja-JP"/>
        </w:rPr>
      </w:pPr>
      <w:r>
        <w:rPr>
          <w:rFonts w:ascii="ＭＳ ゴシック" w:hAnsi="ＭＳ ゴシック"/>
          <w:b/>
          <w:lang w:eastAsia="ja-JP"/>
        </w:rPr>
        <w:t>●</w:t>
      </w:r>
      <w:r>
        <w:rPr>
          <w:rFonts w:ascii="ＭＳ ゴシック" w:hAnsi="ＭＳ ゴシック"/>
          <w:b/>
          <w:lang w:eastAsia="ja-JP"/>
        </w:rPr>
        <w:t>請求印について</w:t>
      </w:r>
    </w:p>
    <w:tbl>
      <w:tblPr>
        <w:tblW w:w="0" w:type="auto"/>
        <w:tblLayout w:type="fixed"/>
        <w:tblLook w:val="04A0" w:firstRow="1" w:lastRow="0" w:firstColumn="1" w:lastColumn="0" w:noHBand="0" w:noVBand="1"/>
      </w:tblPr>
      <w:tblGrid>
        <w:gridCol w:w="2176"/>
        <w:gridCol w:w="7430"/>
      </w:tblGrid>
      <w:tr w:rsidR="00040A30" w14:paraId="0FD3DE0E" w14:textId="77777777" w:rsidTr="00E3272A">
        <w:trPr>
          <w:trHeight w:val="454"/>
        </w:trPr>
        <w:tc>
          <w:tcPr>
            <w:tcW w:w="2176"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5B2FE21D" w14:textId="151982A2" w:rsidR="00040A30" w:rsidRDefault="00040A30" w:rsidP="0000186F">
            <w:pPr>
              <w:spacing w:after="0"/>
              <w:jc w:val="center"/>
              <w:rPr>
                <w:lang w:eastAsia="ja-JP"/>
              </w:rPr>
            </w:pPr>
            <w:r>
              <w:rPr>
                <w:rFonts w:hint="eastAsia"/>
                <w:lang w:eastAsia="ja-JP"/>
              </w:rPr>
              <w:t>□</w:t>
            </w:r>
          </w:p>
        </w:tc>
        <w:tc>
          <w:tcPr>
            <w:tcW w:w="7430" w:type="dxa"/>
            <w:tcBorders>
              <w:top w:val="single" w:sz="4" w:space="0" w:color="A0A0A0"/>
              <w:left w:val="single" w:sz="4" w:space="0" w:color="A0A0A0"/>
              <w:bottom w:val="single" w:sz="4" w:space="0" w:color="A0A0A0"/>
              <w:right w:val="single" w:sz="4" w:space="0" w:color="A0A0A0"/>
            </w:tcBorders>
            <w:vAlign w:val="center"/>
          </w:tcPr>
          <w:p w14:paraId="57025716" w14:textId="0B33DD54" w:rsidR="00040A30" w:rsidRDefault="001F458E" w:rsidP="0000186F">
            <w:pPr>
              <w:spacing w:after="0"/>
              <w:rPr>
                <w:lang w:eastAsia="ja-JP"/>
              </w:rPr>
            </w:pPr>
            <w:r>
              <w:rPr>
                <w:lang w:eastAsia="ja-JP"/>
              </w:rPr>
              <w:t>以前届出た印鑑を使用します</w:t>
            </w:r>
          </w:p>
        </w:tc>
      </w:tr>
      <w:tr w:rsidR="00040A30" w14:paraId="05C796D8" w14:textId="77777777" w:rsidTr="00E3272A">
        <w:trPr>
          <w:trHeight w:val="454"/>
        </w:trPr>
        <w:tc>
          <w:tcPr>
            <w:tcW w:w="2176" w:type="dxa"/>
            <w:tcBorders>
              <w:top w:val="single" w:sz="4" w:space="0" w:color="A0A0A0"/>
              <w:left w:val="single" w:sz="4" w:space="0" w:color="A0A0A0"/>
              <w:bottom w:val="single" w:sz="4" w:space="0" w:color="A0A0A0"/>
              <w:right w:val="single" w:sz="4" w:space="0" w:color="A0A0A0"/>
            </w:tcBorders>
            <w:shd w:val="clear" w:color="auto" w:fill="F2F2F2"/>
            <w:vAlign w:val="center"/>
          </w:tcPr>
          <w:p w14:paraId="4DFA8A9D" w14:textId="007C2D6E" w:rsidR="00040A30" w:rsidRDefault="001F458E" w:rsidP="0000186F">
            <w:pPr>
              <w:spacing w:after="0"/>
              <w:jc w:val="center"/>
            </w:pPr>
            <w:r>
              <w:rPr>
                <w:lang w:eastAsia="ja-JP"/>
              </w:rPr>
              <w:t>□</w:t>
            </w:r>
          </w:p>
        </w:tc>
        <w:tc>
          <w:tcPr>
            <w:tcW w:w="7430" w:type="dxa"/>
            <w:tcBorders>
              <w:top w:val="single" w:sz="4" w:space="0" w:color="A0A0A0"/>
              <w:left w:val="single" w:sz="4" w:space="0" w:color="A0A0A0"/>
              <w:bottom w:val="single" w:sz="4" w:space="0" w:color="A0A0A0"/>
              <w:right w:val="single" w:sz="4" w:space="0" w:color="A0A0A0"/>
            </w:tcBorders>
            <w:vAlign w:val="center"/>
          </w:tcPr>
          <w:p w14:paraId="1FA48679" w14:textId="52AC4550" w:rsidR="00040A30" w:rsidRDefault="001F458E" w:rsidP="0000186F">
            <w:pPr>
              <w:spacing w:after="0"/>
              <w:rPr>
                <w:lang w:eastAsia="ja-JP"/>
              </w:rPr>
            </w:pPr>
            <w:r>
              <w:rPr>
                <w:lang w:eastAsia="ja-JP"/>
              </w:rPr>
              <w:t>請求印について別紙の通り届出ます 【新規（電子契約初回利用）、変更】</w:t>
            </w:r>
          </w:p>
        </w:tc>
      </w:tr>
    </w:tbl>
    <w:p w14:paraId="1B79460A" w14:textId="3207C442" w:rsidR="006C5A9F" w:rsidRDefault="006C5A9F" w:rsidP="000F329B">
      <w:pPr>
        <w:spacing w:after="40"/>
        <w:rPr>
          <w:lang w:eastAsia="ja-JP"/>
        </w:rPr>
      </w:pPr>
    </w:p>
    <w:sectPr w:rsidR="006C5A9F" w:rsidSect="00560052">
      <w:pgSz w:w="11906" w:h="16838" w:code="9"/>
      <w:pgMar w:top="851" w:right="1043" w:bottom="510" w:left="10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26023309">
    <w:abstractNumId w:val="8"/>
  </w:num>
  <w:num w:numId="2" w16cid:durableId="1722483099">
    <w:abstractNumId w:val="6"/>
  </w:num>
  <w:num w:numId="3" w16cid:durableId="1202670389">
    <w:abstractNumId w:val="5"/>
  </w:num>
  <w:num w:numId="4" w16cid:durableId="685596863">
    <w:abstractNumId w:val="4"/>
  </w:num>
  <w:num w:numId="5" w16cid:durableId="1580863232">
    <w:abstractNumId w:val="7"/>
  </w:num>
  <w:num w:numId="6" w16cid:durableId="123736622">
    <w:abstractNumId w:val="3"/>
  </w:num>
  <w:num w:numId="7" w16cid:durableId="250550494">
    <w:abstractNumId w:val="2"/>
  </w:num>
  <w:num w:numId="8" w16cid:durableId="1314220572">
    <w:abstractNumId w:val="1"/>
  </w:num>
  <w:num w:numId="9" w16cid:durableId="131025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86F"/>
    <w:rsid w:val="00034616"/>
    <w:rsid w:val="00040A30"/>
    <w:rsid w:val="0006063C"/>
    <w:rsid w:val="000F329B"/>
    <w:rsid w:val="0015074B"/>
    <w:rsid w:val="001F458E"/>
    <w:rsid w:val="00233054"/>
    <w:rsid w:val="0029639D"/>
    <w:rsid w:val="00326F90"/>
    <w:rsid w:val="0040255F"/>
    <w:rsid w:val="00484C98"/>
    <w:rsid w:val="004C0D79"/>
    <w:rsid w:val="00560052"/>
    <w:rsid w:val="00677BF9"/>
    <w:rsid w:val="006C5A9F"/>
    <w:rsid w:val="007634BD"/>
    <w:rsid w:val="0079313C"/>
    <w:rsid w:val="007B547A"/>
    <w:rsid w:val="007E1AD8"/>
    <w:rsid w:val="0080640E"/>
    <w:rsid w:val="00813643"/>
    <w:rsid w:val="0084203A"/>
    <w:rsid w:val="008A765C"/>
    <w:rsid w:val="00A40910"/>
    <w:rsid w:val="00A804DA"/>
    <w:rsid w:val="00AA1D8D"/>
    <w:rsid w:val="00B47730"/>
    <w:rsid w:val="00CB0664"/>
    <w:rsid w:val="00E3272A"/>
    <w:rsid w:val="00E33DFD"/>
    <w:rsid w:val="00E81291"/>
    <w:rsid w:val="00FC693F"/>
    <w:rsid w:val="00FF2B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24062061"/>
  <w14:defaultImageDpi w14:val="300"/>
  <w15:docId w15:val="{D101FA69-4F3D-49A4-9333-6BBD6F7E3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明朝" w:hAnsi="ＭＳ 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1</Pages>
  <Words>118</Words>
  <Characters>674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YJ396</cp:lastModifiedBy>
  <cp:revision>22</cp:revision>
  <cp:lastPrinted>2026-09-28T22:02:00Z</cp:lastPrinted>
  <dcterms:created xsi:type="dcterms:W3CDTF">2013-12-23T23:15:00Z</dcterms:created>
  <dcterms:modified xsi:type="dcterms:W3CDTF">2026-09-28T22:02:00Z</dcterms:modified>
  <cp:category/>
</cp:coreProperties>
</file>