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3F04" w14:textId="77777777" w:rsidR="001337F9" w:rsidRDefault="00000000">
      <w:r>
        <w:t>第２号様式</w:t>
      </w:r>
    </w:p>
    <w:p w14:paraId="000A7AF0" w14:textId="77777777" w:rsidR="001337F9" w:rsidRDefault="00000000">
      <w:pPr>
        <w:jc w:val="right"/>
      </w:pPr>
      <w:r>
        <w:t>令和　　年　　月　　日</w:t>
      </w:r>
    </w:p>
    <w:p w14:paraId="2D1AEDAE" w14:textId="77777777" w:rsidR="001337F9" w:rsidRDefault="00000000">
      <w:pPr>
        <w:rPr>
          <w:lang w:eastAsia="ja-JP"/>
        </w:rPr>
      </w:pPr>
      <w:r>
        <w:rPr>
          <w:lang w:eastAsia="ja-JP"/>
        </w:rPr>
        <w:t>（あて先）</w:t>
      </w:r>
      <w:r>
        <w:rPr>
          <w:lang w:eastAsia="ja-JP"/>
        </w:rPr>
        <w:br/>
        <w:t>甲府市長</w:t>
      </w:r>
      <w:r>
        <w:rPr>
          <w:lang w:eastAsia="ja-JP"/>
        </w:rPr>
        <w:br/>
        <w:t>甲府市上下水道事業管理者</w:t>
      </w:r>
    </w:p>
    <w:p w14:paraId="7D1CF14B" w14:textId="7CB6543E" w:rsidR="001337F9" w:rsidRDefault="00000000" w:rsidP="00807D62">
      <w:pPr>
        <w:ind w:right="840" w:firstLineChars="2600" w:firstLine="5460"/>
      </w:pPr>
      <w:proofErr w:type="spellStart"/>
      <w:r>
        <w:t>所在地</w:t>
      </w:r>
      <w:proofErr w:type="spellEnd"/>
      <w:r>
        <w:t>：</w:t>
      </w:r>
      <w:r w:rsidR="00807D62">
        <w:rPr>
          <w:rFonts w:hint="eastAsia"/>
          <w:lang w:eastAsia="ja-JP"/>
        </w:rPr>
        <w:t xml:space="preserve">　　　</w:t>
      </w:r>
      <w:r>
        <w:t xml:space="preserve">　　　　　　　　　　　　　　　　　　　</w:t>
      </w:r>
      <w:r>
        <w:br/>
      </w:r>
      <w:r>
        <w:br/>
      </w:r>
      <w:r w:rsidR="00807D62">
        <w:rPr>
          <w:rFonts w:hint="eastAsia"/>
          <w:lang w:eastAsia="ja-JP"/>
        </w:rPr>
        <w:t xml:space="preserve">　　　　　　　　　　　　　　　　　　　　　　　　　　</w:t>
      </w:r>
      <w:proofErr w:type="spellStart"/>
      <w:r>
        <w:t>会社名</w:t>
      </w:r>
      <w:proofErr w:type="spellEnd"/>
      <w:r>
        <w:t xml:space="preserve">：　　　　　　　　　　　　　　　　　　　</w:t>
      </w:r>
    </w:p>
    <w:p w14:paraId="5A61C3DA" w14:textId="77777777" w:rsidR="001337F9" w:rsidRDefault="00000000">
      <w:pPr>
        <w:jc w:val="right"/>
        <w:rPr>
          <w:lang w:eastAsia="ja-JP"/>
        </w:rPr>
      </w:pPr>
      <w:r>
        <w:rPr>
          <w:sz w:val="18"/>
          <w:lang w:eastAsia="ja-JP"/>
        </w:rPr>
        <w:t>注）入札・契約・請求等が委任行為の場合は、受任者の情報を記入</w:t>
      </w:r>
    </w:p>
    <w:p w14:paraId="73A37AE7" w14:textId="77777777" w:rsidR="001337F9" w:rsidRDefault="001337F9">
      <w:pPr>
        <w:rPr>
          <w:lang w:eastAsia="ja-JP"/>
        </w:rPr>
      </w:pPr>
    </w:p>
    <w:p w14:paraId="61AEE1A8" w14:textId="77777777" w:rsidR="001337F9" w:rsidRDefault="00000000">
      <w:pPr>
        <w:jc w:val="center"/>
      </w:pPr>
      <w:proofErr w:type="spellStart"/>
      <w:r>
        <w:rPr>
          <w:rFonts w:ascii="ＭＳ ゴシック" w:hAnsi="ＭＳ ゴシック"/>
          <w:b/>
          <w:sz w:val="32"/>
        </w:rPr>
        <w:t>請求印鑑届</w:t>
      </w:r>
      <w:proofErr w:type="spellEnd"/>
      <w:r>
        <w:rPr>
          <w:rFonts w:ascii="ＭＳ ゴシック" w:hAnsi="ＭＳ ゴシック"/>
          <w:b/>
          <w:sz w:val="32"/>
        </w:rPr>
        <w:t xml:space="preserve"> </w:t>
      </w:r>
      <w:r>
        <w:rPr>
          <w:rFonts w:ascii="ＭＳ ゴシック" w:hAnsi="ＭＳ ゴシック"/>
          <w:b/>
          <w:sz w:val="32"/>
        </w:rPr>
        <w:t>（</w:t>
      </w:r>
      <w:proofErr w:type="spellStart"/>
      <w:r>
        <w:rPr>
          <w:rFonts w:ascii="ＭＳ ゴシック" w:hAnsi="ＭＳ ゴシック"/>
          <w:b/>
          <w:sz w:val="32"/>
        </w:rPr>
        <w:t>電子契約用</w:t>
      </w:r>
      <w:proofErr w:type="spellEnd"/>
      <w:r>
        <w:rPr>
          <w:rFonts w:ascii="ＭＳ ゴシック" w:hAnsi="ＭＳ ゴシック"/>
          <w:b/>
          <w:sz w:val="32"/>
        </w:rPr>
        <w:t>）</w:t>
      </w:r>
    </w:p>
    <w:p w14:paraId="0D13E00C" w14:textId="77777777" w:rsidR="001337F9" w:rsidRDefault="001337F9"/>
    <w:p w14:paraId="4E86E30E" w14:textId="77777777" w:rsidR="001337F9" w:rsidRDefault="00000000">
      <w:pPr>
        <w:rPr>
          <w:lang w:eastAsia="ja-JP"/>
        </w:rPr>
      </w:pPr>
      <w:r>
        <w:t xml:space="preserve">　</w:t>
      </w:r>
      <w:r>
        <w:rPr>
          <w:lang w:eastAsia="ja-JP"/>
        </w:rPr>
        <w:t>電磁的方法により契約締結した案件について、代金の請求・受領のために使用する印鑑は以下のとおりです。</w:t>
      </w:r>
    </w:p>
    <w:p w14:paraId="27C180DB" w14:textId="77777777" w:rsidR="001337F9" w:rsidRDefault="001337F9">
      <w:pPr>
        <w:rPr>
          <w:lang w:eastAsia="ja-JP"/>
        </w:rPr>
      </w:pPr>
    </w:p>
    <w:p w14:paraId="45791332" w14:textId="77777777" w:rsidR="001337F9" w:rsidRDefault="00000000">
      <w:r>
        <w:rPr>
          <w:rFonts w:ascii="ＭＳ ゴシック" w:hAnsi="ＭＳ ゴシック"/>
          <w:b/>
        </w:rPr>
        <w:t>●</w:t>
      </w:r>
      <w:proofErr w:type="spellStart"/>
      <w:r>
        <w:rPr>
          <w:rFonts w:ascii="ＭＳ ゴシック" w:hAnsi="ＭＳ ゴシック"/>
          <w:b/>
        </w:rPr>
        <w:t>届出区分</w:t>
      </w:r>
      <w:proofErr w:type="spellEnd"/>
    </w:p>
    <w:p w14:paraId="50E24380" w14:textId="77777777" w:rsidR="001337F9" w:rsidRDefault="00000000">
      <w:pPr>
        <w:ind w:left="576"/>
      </w:pPr>
      <w:r>
        <w:t>□　新規（電子契約初回利用）</w:t>
      </w:r>
    </w:p>
    <w:p w14:paraId="3F3B9319" w14:textId="57039FF8" w:rsidR="001337F9" w:rsidRDefault="00000000" w:rsidP="00126145">
      <w:pPr>
        <w:ind w:left="576"/>
        <w:rPr>
          <w:lang w:eastAsia="ja-JP"/>
        </w:rPr>
      </w:pPr>
      <w:r>
        <w:rPr>
          <w:lang w:eastAsia="ja-JP"/>
        </w:rPr>
        <w:t>□　変更</w:t>
      </w:r>
    </w:p>
    <w:p w14:paraId="2CC8352A" w14:textId="54C48FA8" w:rsidR="00D46C7D" w:rsidRPr="00702E72" w:rsidRDefault="00702E72" w:rsidP="00126145">
      <w:pPr>
        <w:spacing w:beforeLines="200" w:before="480" w:line="280" w:lineRule="exact"/>
        <w:jc w:val="center"/>
        <w:rPr>
          <w:b/>
          <w:bCs/>
          <w:lang w:eastAsia="ja-JP"/>
        </w:rPr>
      </w:pPr>
      <w:r w:rsidRPr="00126145">
        <w:rPr>
          <w:rFonts w:hint="eastAsia"/>
          <w:b/>
          <w:bCs/>
          <w:lang w:eastAsia="ja-JP"/>
        </w:rPr>
        <w:t>代金の請求・受領のために使用する印</w:t>
      </w:r>
      <w:r w:rsidR="00126145">
        <w:rPr>
          <w:b/>
          <w:bCs/>
          <w:lang w:eastAsia="ja-JP"/>
        </w:rPr>
        <w:br/>
      </w:r>
      <w:r w:rsidRPr="00126145">
        <w:rPr>
          <w:rFonts w:hint="eastAsia"/>
          <w:b/>
          <w:bCs/>
          <w:lang w:eastAsia="ja-JP"/>
        </w:rPr>
        <w:t xml:space="preserve">（電子契約用）　</w:t>
      </w:r>
      <w:r>
        <w:rPr>
          <w:rFonts w:hint="eastAsia"/>
          <w:b/>
          <w:bCs/>
          <w:lang w:eastAsia="ja-JP"/>
        </w:rPr>
        <w:t xml:space="preserve">　　　　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0"/>
      </w:tblGrid>
      <w:tr w:rsidR="00702E72" w14:paraId="70BAB364" w14:textId="77777777" w:rsidTr="00126145">
        <w:trPr>
          <w:trHeight w:val="3708"/>
          <w:jc w:val="center"/>
        </w:trPr>
        <w:tc>
          <w:tcPr>
            <w:tcW w:w="4680" w:type="dxa"/>
          </w:tcPr>
          <w:p w14:paraId="36B59FA8" w14:textId="77777777" w:rsidR="00702E72" w:rsidRDefault="00702E72">
            <w:pPr>
              <w:rPr>
                <w:lang w:eastAsia="ja-JP"/>
              </w:rPr>
            </w:pPr>
          </w:p>
        </w:tc>
      </w:tr>
    </w:tbl>
    <w:p w14:paraId="55F8F7ED" w14:textId="77777777" w:rsidR="008325B0" w:rsidRDefault="008325B0">
      <w:pPr>
        <w:rPr>
          <w:lang w:eastAsia="ja-JP"/>
        </w:rPr>
      </w:pPr>
    </w:p>
    <w:sectPr w:rsidR="008325B0" w:rsidSect="003D5649">
      <w:pgSz w:w="11906" w:h="16838" w:code="9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8908122">
    <w:abstractNumId w:val="8"/>
  </w:num>
  <w:num w:numId="2" w16cid:durableId="2050836784">
    <w:abstractNumId w:val="6"/>
  </w:num>
  <w:num w:numId="3" w16cid:durableId="199436676">
    <w:abstractNumId w:val="5"/>
  </w:num>
  <w:num w:numId="4" w16cid:durableId="1744838025">
    <w:abstractNumId w:val="4"/>
  </w:num>
  <w:num w:numId="5" w16cid:durableId="157770065">
    <w:abstractNumId w:val="7"/>
  </w:num>
  <w:num w:numId="6" w16cid:durableId="1876842993">
    <w:abstractNumId w:val="3"/>
  </w:num>
  <w:num w:numId="7" w16cid:durableId="2899773">
    <w:abstractNumId w:val="2"/>
  </w:num>
  <w:num w:numId="8" w16cid:durableId="679047282">
    <w:abstractNumId w:val="1"/>
  </w:num>
  <w:num w:numId="9" w16cid:durableId="8742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145"/>
    <w:rsid w:val="001337F9"/>
    <w:rsid w:val="0015074B"/>
    <w:rsid w:val="0029639D"/>
    <w:rsid w:val="00326F90"/>
    <w:rsid w:val="003D5649"/>
    <w:rsid w:val="00702E72"/>
    <w:rsid w:val="00807D62"/>
    <w:rsid w:val="008325B0"/>
    <w:rsid w:val="00AA1D8D"/>
    <w:rsid w:val="00B47730"/>
    <w:rsid w:val="00CB0664"/>
    <w:rsid w:val="00D46C7D"/>
    <w:rsid w:val="00F461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62061"/>
  <w14:defaultImageDpi w14:val="300"/>
  <w15:docId w15:val="{4A4EB961-201E-4951-8846-730AF88D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YJ396</cp:lastModifiedBy>
  <cp:revision>7</cp:revision>
  <cp:lastPrinted>2026-09-28T22:02:00Z</cp:lastPrinted>
  <dcterms:created xsi:type="dcterms:W3CDTF">2013-12-23T23:15:00Z</dcterms:created>
  <dcterms:modified xsi:type="dcterms:W3CDTF">2026-09-28T22:02:00Z</dcterms:modified>
  <cp:category/>
</cp:coreProperties>
</file>